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0"/>
        </w:rPr>
        <w:t>TIKY SIRONI &amp; AGUS PRIETO</w:t>
      </w:r>
    </w:p>
    <w:p>
      <w:pPr>
        <w:spacing w:after="560"/>
      </w:pPr>
      <w:r>
        <w:rPr>
          <w:rFonts w:ascii="Arial" w:hAnsi="Arial"/>
          <w:b w:val="0"/>
          <w:color w:val="5A5A5A"/>
          <w:sz w:val="20"/>
        </w:rPr>
        <w:t>Press Kit — Biografía</w:t>
      </w:r>
    </w:p>
    <w:p>
      <w:pPr>
        <w:spacing w:after="120"/>
      </w:pPr>
      <w:r>
        <w:rPr>
          <w:rFonts w:ascii="Arial" w:hAnsi="Arial"/>
          <w:b/>
          <w:sz w:val="22"/>
        </w:rPr>
        <w:t>BIOGRAFÍA LARGA</w:t>
      </w:r>
    </w:p>
    <w:p>
      <w:pPr>
        <w:spacing w:after="160"/>
      </w:pPr>
      <w:r>
        <w:rPr>
          <w:rFonts w:ascii="Arial" w:hAnsi="Arial"/>
          <w:b w:val="0"/>
          <w:sz w:val="22"/>
        </w:rPr>
        <w:t>Tiky Sironi &amp; Agus Prieto es un dúo de DJs nacido en Córdoba, Argentina, donde están basados actualmente.</w:t>
      </w:r>
    </w:p>
    <w:p>
      <w:pPr>
        <w:spacing w:after="160"/>
      </w:pPr>
      <w:r>
        <w:rPr>
          <w:rFonts w:ascii="Arial" w:hAnsi="Arial"/>
          <w:b w:val="0"/>
          <w:sz w:val="22"/>
        </w:rPr>
        <w:t>Antes que la música, los unió la arquitectura. Se conocieron en 2021 trabajando juntos como arquitectos y, en el día a día del estudio, descubrieron que compartían los mismos gustos musicales. Juntarse a escuchar música y hablar del tema fue el primer paso; tocar juntos, la consecuencia natural. Tiky llegaba con una trayectoria en la electrónica que había comenzado en 2012; Agus, desde el piano, traía otra forma de escuchar y de entender la música. Ese mismo año empezaron a tocar juntos.</w:t>
      </w:r>
    </w:p>
    <w:p>
      <w:pPr>
        <w:spacing w:after="160"/>
      </w:pPr>
      <w:r>
        <w:rPr>
          <w:rFonts w:ascii="Arial" w:hAnsi="Arial"/>
          <w:b w:val="0"/>
          <w:sz w:val="22"/>
        </w:rPr>
        <w:t>Su punto de partida es el house, pero nunca se quedaron quietos en él. A lo largo del camino aprendieron a despegarse del género sin soltar jamás el groove: ese balanceo contagioso que atraviesa cada uno de sus sets y que mantiene a la pista en movimiento de principio a fin. Esa libertad para ir más allá del house sin perder el groove es lo que les permite construir sets dinámicos e innovadores, capaces de sorprender sin dejar de hacer bailar.</w:t>
      </w:r>
    </w:p>
    <w:p>
      <w:pPr>
        <w:spacing w:after="160"/>
      </w:pPr>
      <w:r>
        <w:rPr>
          <w:rFonts w:ascii="Arial" w:hAnsi="Arial"/>
          <w:b w:val="0"/>
          <w:sz w:val="22"/>
        </w:rPr>
        <w:t>Tocaron en muchos de los venues y productoras más importantes de Córdoba —BNP, Dahaus, La Fábrica, La Estación, Fruta, House Journey y más— y compartieron line-up con artistas como Sven Väth, The Chemical Brothers, Marc Houle, Ben Rau, Ben Sterling, Chloé Caillet, Franky Rizardo, Kolombo, Nic Fanciulli, Gutti, Mateo Dufour, Chapa &amp; Castelo, Facundo Mohrr, Jonathan Kaspar, Victoria Whynot, Nacho Bolognani y Martín Huergo, entre otros. Su próximo gran paso ya está confirmado: forman parte del line-up de Cosquín Rock 2027, uno de los festivales más importantes de la región.</w:t>
      </w:r>
    </w:p>
    <w:p>
      <w:pPr>
        <w:spacing w:after="160"/>
      </w:pPr>
      <w:r>
        <w:rPr>
          <w:rFonts w:ascii="Arial" w:hAnsi="Arial"/>
          <w:b w:val="0"/>
          <w:sz w:val="22"/>
        </w:rPr>
        <w:t>Más allá de la cabina, el dúo está detrás de PICNIC, la productora que empezó como una fiesta entre amigos y que hoy, con varios años de historia, se convirtió en un encuentro propio dentro de la escena cordobesa.</w:t>
      </w:r>
    </w:p>
    <w:p>
      <w:pPr>
        <w:spacing w:after="160"/>
      </w:pPr>
      <w:r>
        <w:rPr>
          <w:rFonts w:ascii="Arial" w:hAnsi="Arial"/>
          <w:b w:val="0"/>
          <w:sz w:val="22"/>
        </w:rPr>
        <w:t>Amigos, socios y compañeros de cabina, Tiky Sironi &amp; Agus Prieto encaran todo lo que hacen con la misma idea con la que empezaron: disfrutar cada paso. Las cabinas que hace un tiempo eran un sueño hoy son una realidad.</w:t>
      </w:r>
    </w:p>
    <w:p>
      <w:pPr>
        <w:spacing w:after="280"/>
      </w:pPr>
      <w:r>
        <w:rPr>
          <w:rFonts w:ascii="Arial" w:hAnsi="Arial"/>
          <w:b w:val="0"/>
          <w:sz w:val="22"/>
        </w:rPr>
      </w:r>
    </w:p>
    <w:p>
      <w:pPr>
        <w:spacing w:after="120"/>
      </w:pPr>
      <w:r>
        <w:rPr>
          <w:rFonts w:ascii="Arial" w:hAnsi="Arial"/>
          <w:b/>
          <w:sz w:val="22"/>
        </w:rPr>
        <w:t>BIOGRAFÍA CORTA</w:t>
      </w:r>
    </w:p>
    <w:p>
      <w:pPr>
        <w:spacing w:after="160"/>
      </w:pPr>
      <w:r>
        <w:rPr>
          <w:rFonts w:ascii="Arial" w:hAnsi="Arial"/>
          <w:b w:val="0"/>
          <w:sz w:val="22"/>
        </w:rPr>
        <w:t>Tiky Sironi &amp; Agus Prieto es un dúo de DJs de Córdoba, Argentina. Antes que la música, los unió la arquitectura: se conocieron en 2021 trabajando juntos y, entre planos y discos compartidos, la amistad terminó convirtiéndose en proyecto. Tiky llegaba con una trayectoria en la electrónica desde 2012; Agus, desde el piano. Su punto de partida es el house, pero saben despegarse de él sin soltar nunca el groove, y esa libertad es la que les permite armar sets dinámicos e innovadores. Tocaron en los principales venues y productoras de Córdoba —BNP, Dahaus, La Fábrica, La Estación, Fruta, House Journey y más— y compartieron line-up con artistas como Sven Väth, The Chemical Brothers, Nic Fanciulli y Chloé Caillet, entre otros. Además, están detrás de PICNIC, la productora que empezó como una fiesta entre amigos y que hoy es un encuentro propio dentro de la escena cordobesa. Su próximo gran paso ya está confirmado: Cosquín Rock 2027.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Tiky Sironi &amp; Agus Prieto — Biografía</dc:title>
  <dc:subject/>
  <dc:creator>Tiky Sironi &amp; Agus Prieto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